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338" w:rsidRDefault="000F3338" w:rsidP="000541CE">
      <w:pPr>
        <w:jc w:val="both"/>
      </w:pPr>
    </w:p>
    <w:p w:rsidR="000F3338" w:rsidRDefault="000541CE" w:rsidP="000541CE">
      <w:pPr>
        <w:jc w:val="both"/>
      </w:pPr>
      <w:r>
        <w:t>Oświadczenie woli rodziców / opiekunów prawnych</w:t>
      </w:r>
    </w:p>
    <w:p w:rsidR="000F3338" w:rsidRDefault="000541CE" w:rsidP="000541CE">
      <w:pPr>
        <w:jc w:val="both"/>
      </w:pPr>
      <w:r>
        <w:t>(dotyczy uczestnictwa dziecka w lekcjach religii innej niż rzymskokatolicka)</w:t>
      </w:r>
    </w:p>
    <w:p w:rsidR="000F3338" w:rsidRDefault="000F3338" w:rsidP="000541CE">
      <w:pPr>
        <w:jc w:val="both"/>
      </w:pPr>
    </w:p>
    <w:p w:rsidR="000F3338" w:rsidRDefault="000541CE" w:rsidP="000541CE">
      <w:pPr>
        <w:jc w:val="both"/>
      </w:pPr>
      <w:r>
        <w:t xml:space="preserve">Na podstawie § 1 ust. 1 i 2 oraz § 3 ust. 1 Rozporządzenia Ministra Edukacji Narodowej z dnia 14 kwietnia 1992 r. w sprawie </w:t>
      </w:r>
      <w:r>
        <w:t>warunków i sposobu organizowania nauki religii w publicznych przedszkolach i szkołach (Dz. U. z 2023 r. poz. 1146 z późn. zm.)</w:t>
      </w:r>
    </w:p>
    <w:p w:rsidR="000F3338" w:rsidRDefault="000541CE" w:rsidP="000541CE">
      <w:pPr>
        <w:jc w:val="both"/>
      </w:pPr>
      <w:r>
        <w:t>Oświadczamy, że nasze dziecko:</w:t>
      </w:r>
    </w:p>
    <w:p w:rsidR="000F3338" w:rsidRDefault="000541CE" w:rsidP="000541CE">
      <w:pPr>
        <w:jc w:val="both"/>
      </w:pPr>
      <w:r>
        <w:t>Imię i nazwisko ucznia: .................................................................</w:t>
      </w:r>
    </w:p>
    <w:p w:rsidR="000F3338" w:rsidRDefault="000541CE" w:rsidP="000541CE">
      <w:pPr>
        <w:jc w:val="both"/>
      </w:pPr>
      <w:r>
        <w:t>Data uro</w:t>
      </w:r>
      <w:r>
        <w:t>dzenia: .................................................................</w:t>
      </w:r>
    </w:p>
    <w:p w:rsidR="000F3338" w:rsidRDefault="000541CE" w:rsidP="000541CE">
      <w:pPr>
        <w:jc w:val="both"/>
      </w:pPr>
      <w:r>
        <w:t>Klasa: ...........................................</w:t>
      </w:r>
    </w:p>
    <w:p w:rsidR="000F3338" w:rsidRDefault="000541CE" w:rsidP="000541CE">
      <w:pPr>
        <w:jc w:val="both"/>
      </w:pPr>
      <w:r>
        <w:t>będzie uczęszczać na zajęcia z religii wyznania:</w:t>
      </w:r>
    </w:p>
    <w:p w:rsidR="000F3338" w:rsidRDefault="000541CE" w:rsidP="000541CE">
      <w:pPr>
        <w:jc w:val="both"/>
      </w:pPr>
      <w:r>
        <w:t>..............................................................................</w:t>
      </w:r>
    </w:p>
    <w:p w:rsidR="000F3338" w:rsidRDefault="000541CE" w:rsidP="000541CE">
      <w:pPr>
        <w:jc w:val="both"/>
      </w:pPr>
      <w:r>
        <w:t>(np</w:t>
      </w:r>
      <w:r>
        <w:t xml:space="preserve">. </w:t>
      </w:r>
      <w:proofErr w:type="spellStart"/>
      <w:r>
        <w:t>grekokatolickiego</w:t>
      </w:r>
      <w:proofErr w:type="spellEnd"/>
      <w:r>
        <w:t xml:space="preserve">, </w:t>
      </w:r>
      <w:proofErr w:type="spellStart"/>
      <w:r>
        <w:t>prawosławnego</w:t>
      </w:r>
      <w:proofErr w:type="spellEnd"/>
      <w:r>
        <w:t xml:space="preserve">, </w:t>
      </w:r>
      <w:proofErr w:type="spellStart"/>
      <w:r>
        <w:t>ewangelickiego</w:t>
      </w:r>
      <w:proofErr w:type="spellEnd"/>
      <w:r>
        <w:t xml:space="preserve">, </w:t>
      </w:r>
      <w:proofErr w:type="spellStart"/>
      <w:r>
        <w:t>itp</w:t>
      </w:r>
      <w:proofErr w:type="spellEnd"/>
      <w:r>
        <w:t>.)</w:t>
      </w:r>
    </w:p>
    <w:p w:rsidR="000541CE" w:rsidRDefault="000541CE" w:rsidP="000541CE">
      <w:pPr>
        <w:jc w:val="both"/>
      </w:pPr>
      <w:r>
        <w:t xml:space="preserve">Zajęcia te będą organizowane przez Kościół lub inny związek wyznaniowy o uregulowanej sytuacji prawnej, we </w:t>
      </w:r>
      <w:bookmarkStart w:id="0" w:name="_GoBack"/>
      <w:proofErr w:type="spellStart"/>
      <w:r>
        <w:t>współpracy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szkołą</w:t>
      </w:r>
      <w:bookmarkEnd w:id="0"/>
      <w:proofErr w:type="spellEnd"/>
      <w:r>
        <w:t>.</w:t>
      </w:r>
    </w:p>
    <w:p w:rsidR="000F3338" w:rsidRDefault="000541CE" w:rsidP="000541CE">
      <w:pPr>
        <w:jc w:val="both"/>
      </w:pPr>
      <w:r>
        <w:br/>
      </w:r>
    </w:p>
    <w:p w:rsidR="000F3338" w:rsidRDefault="000541CE" w:rsidP="000541CE">
      <w:pPr>
        <w:jc w:val="both"/>
      </w:pPr>
      <w:r>
        <w:t xml:space="preserve">Oświadczamy, że jesteśmy świadomi, iż szkoła nie organizuje zajęć z tej </w:t>
      </w:r>
      <w:r>
        <w:t>religii we własnym zakresie i że ich organizacja może wymagać współpracy z odpowiednią wspólnotą religijną oraz spełnienia dodatkowych warunków (np. liczby uczniów, dostępności nauczyciela).</w:t>
      </w:r>
    </w:p>
    <w:p w:rsidR="000541CE" w:rsidRDefault="000541CE" w:rsidP="000541CE">
      <w:pPr>
        <w:jc w:val="both"/>
      </w:pPr>
      <w:r>
        <w:br/>
        <w:t>..................................................</w:t>
      </w:r>
      <w:r>
        <w:t>..................................</w:t>
      </w:r>
      <w:r>
        <w:tab/>
        <w:t xml:space="preserve">       </w:t>
      </w:r>
      <w:r w:rsidRPr="000541CE">
        <w:t xml:space="preserve"> </w:t>
      </w:r>
      <w:r>
        <w:t>...................................................................................</w:t>
      </w:r>
    </w:p>
    <w:p w:rsidR="000F3338" w:rsidRDefault="000541CE" w:rsidP="000541CE">
      <w:pPr>
        <w:jc w:val="both"/>
      </w:pPr>
      <w:r>
        <w:t xml:space="preserve">(data,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ojca</w:t>
      </w:r>
      <w:proofErr w:type="spellEnd"/>
      <w:r>
        <w:t xml:space="preserve"> / </w:t>
      </w:r>
      <w:proofErr w:type="spellStart"/>
      <w:r>
        <w:t>opiekuna</w:t>
      </w:r>
      <w:proofErr w:type="spellEnd"/>
      <w:r>
        <w:t xml:space="preserve"> </w:t>
      </w:r>
      <w:proofErr w:type="spellStart"/>
      <w:r>
        <w:t>prawnego</w:t>
      </w:r>
      <w:proofErr w:type="spellEnd"/>
      <w:r>
        <w:t>)</w:t>
      </w:r>
      <w:r>
        <w:tab/>
        <w:t xml:space="preserve">       </w:t>
      </w:r>
      <w:r>
        <w:t xml:space="preserve">(data,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m</w:t>
      </w:r>
      <w:r>
        <w:t>atki</w:t>
      </w:r>
      <w:proofErr w:type="spellEnd"/>
      <w:r>
        <w:t xml:space="preserve"> / </w:t>
      </w:r>
      <w:proofErr w:type="spellStart"/>
      <w:r>
        <w:t>opiekunki</w:t>
      </w:r>
      <w:proofErr w:type="spellEnd"/>
      <w:r>
        <w:t xml:space="preserve"> prawnej)</w:t>
      </w:r>
    </w:p>
    <w:p w:rsidR="000F3338" w:rsidRDefault="000541CE" w:rsidP="000541CE">
      <w:pPr>
        <w:jc w:val="both"/>
      </w:pPr>
      <w:r>
        <w:br/>
      </w:r>
    </w:p>
    <w:p w:rsidR="000541CE" w:rsidRDefault="000541CE">
      <w:pPr>
        <w:jc w:val="both"/>
      </w:pPr>
    </w:p>
    <w:sectPr w:rsidR="000541C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41CE"/>
    <w:rsid w:val="0006063C"/>
    <w:rsid w:val="000F3338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F356F"/>
  <w14:defaultImageDpi w14:val="300"/>
  <w15:docId w15:val="{F51C3C00-2F0C-43BC-8CAE-33CE40A6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7AFDC7-C9E7-432B-A948-11B529F7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Malatyńska</cp:lastModifiedBy>
  <cp:revision>2</cp:revision>
  <dcterms:created xsi:type="dcterms:W3CDTF">2025-07-15T08:48:00Z</dcterms:created>
  <dcterms:modified xsi:type="dcterms:W3CDTF">2025-07-15T08:48:00Z</dcterms:modified>
  <cp:category/>
</cp:coreProperties>
</file>